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98455" w14:textId="77777777" w:rsidR="00FE29E6" w:rsidRPr="00490593" w:rsidRDefault="00000000" w:rsidP="00490593">
      <w:pPr>
        <w:pStyle w:val="Heading1"/>
        <w:spacing w:before="0"/>
        <w:jc w:val="center"/>
        <w:rPr>
          <w:rFonts w:ascii="Times New Roman" w:hAnsi="Times New Roman" w:cs="Times New Roman"/>
          <w:color w:val="000000" w:themeColor="text1"/>
        </w:rPr>
      </w:pPr>
      <w:r w:rsidRPr="00490593">
        <w:rPr>
          <w:rFonts w:ascii="Times New Roman" w:hAnsi="Times New Roman" w:cs="Times New Roman"/>
          <w:color w:val="000000" w:themeColor="text1"/>
        </w:rPr>
        <w:t>Mid-Semester Student Feedback Form</w:t>
      </w:r>
    </w:p>
    <w:p w14:paraId="7D2B5236" w14:textId="77777777" w:rsidR="00490593" w:rsidRDefault="00490593"/>
    <w:p w14:paraId="14768DB8" w14:textId="1A95BAC8" w:rsidR="00FE29E6" w:rsidRDefault="00000000">
      <w:proofErr w:type="spellStart"/>
      <w:r>
        <w:t>Programme</w:t>
      </w:r>
      <w:proofErr w:type="spellEnd"/>
      <w:r>
        <w:t>: __________________________</w:t>
      </w:r>
    </w:p>
    <w:p w14:paraId="23278CCF" w14:textId="77777777" w:rsidR="00FE29E6" w:rsidRDefault="00000000">
      <w:r>
        <w:t>Academic Year/Semester: __________________________</w:t>
      </w:r>
    </w:p>
    <w:p w14:paraId="3F51A72F" w14:textId="77777777" w:rsidR="00FE29E6" w:rsidRDefault="00FE29E6"/>
    <w:p w14:paraId="3A878294" w14:textId="77777777" w:rsidR="00FE29E6" w:rsidRDefault="00000000">
      <w:r>
        <w:t>Please indicate your level of satisfaction for each area using the scale below:</w:t>
      </w:r>
      <w:r>
        <w:br/>
        <w:t>5 = Very Satisfied</w:t>
      </w:r>
      <w:r>
        <w:br/>
        <w:t>4 = Satisfied</w:t>
      </w:r>
      <w:r>
        <w:br/>
        <w:t>3 = Neutral</w:t>
      </w:r>
      <w:r>
        <w:br/>
        <w:t>2 = Dissatisfied</w:t>
      </w:r>
      <w:r>
        <w:br/>
        <w:t>1 = Very Dissatisfied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720"/>
        <w:gridCol w:w="810"/>
        <w:gridCol w:w="900"/>
        <w:gridCol w:w="810"/>
        <w:gridCol w:w="882"/>
      </w:tblGrid>
      <w:tr w:rsidR="00FE29E6" w14:paraId="4132CCA8" w14:textId="77777777" w:rsidTr="00490593">
        <w:tc>
          <w:tcPr>
            <w:tcW w:w="4518" w:type="dxa"/>
          </w:tcPr>
          <w:p w14:paraId="7BA92CB2" w14:textId="77777777" w:rsidR="00FE29E6" w:rsidRDefault="00000000">
            <w:r>
              <w:t>Evaluation Area</w:t>
            </w:r>
          </w:p>
        </w:tc>
        <w:tc>
          <w:tcPr>
            <w:tcW w:w="720" w:type="dxa"/>
          </w:tcPr>
          <w:p w14:paraId="2424AD10" w14:textId="77777777" w:rsidR="00FE29E6" w:rsidRDefault="00000000">
            <w:r>
              <w:t>1</w:t>
            </w:r>
          </w:p>
        </w:tc>
        <w:tc>
          <w:tcPr>
            <w:tcW w:w="810" w:type="dxa"/>
          </w:tcPr>
          <w:p w14:paraId="2E101728" w14:textId="77777777" w:rsidR="00FE29E6" w:rsidRDefault="00000000">
            <w:r>
              <w:t>2</w:t>
            </w:r>
          </w:p>
        </w:tc>
        <w:tc>
          <w:tcPr>
            <w:tcW w:w="900" w:type="dxa"/>
          </w:tcPr>
          <w:p w14:paraId="3A5512ED" w14:textId="77777777" w:rsidR="00FE29E6" w:rsidRDefault="00000000">
            <w:r>
              <w:t>3</w:t>
            </w:r>
          </w:p>
        </w:tc>
        <w:tc>
          <w:tcPr>
            <w:tcW w:w="810" w:type="dxa"/>
          </w:tcPr>
          <w:p w14:paraId="6CC3ED2E" w14:textId="77777777" w:rsidR="00FE29E6" w:rsidRDefault="00000000">
            <w:r>
              <w:t>4</w:t>
            </w:r>
          </w:p>
        </w:tc>
        <w:tc>
          <w:tcPr>
            <w:tcW w:w="882" w:type="dxa"/>
          </w:tcPr>
          <w:p w14:paraId="336EEACF" w14:textId="77777777" w:rsidR="00FE29E6" w:rsidRDefault="00000000">
            <w:r>
              <w:t>5</w:t>
            </w:r>
          </w:p>
        </w:tc>
      </w:tr>
      <w:tr w:rsidR="00FE29E6" w14:paraId="44E6FE24" w14:textId="77777777" w:rsidTr="00490593">
        <w:tc>
          <w:tcPr>
            <w:tcW w:w="4518" w:type="dxa"/>
          </w:tcPr>
          <w:p w14:paraId="54E2317B" w14:textId="77777777" w:rsidR="00FE29E6" w:rsidRDefault="00000000" w:rsidP="00490593">
            <w:pPr>
              <w:pStyle w:val="ListParagraph"/>
              <w:numPr>
                <w:ilvl w:val="0"/>
                <w:numId w:val="10"/>
              </w:numPr>
            </w:pPr>
            <w:r>
              <w:t>Course Content</w:t>
            </w:r>
          </w:p>
        </w:tc>
        <w:tc>
          <w:tcPr>
            <w:tcW w:w="720" w:type="dxa"/>
          </w:tcPr>
          <w:p w14:paraId="04911D78" w14:textId="77777777" w:rsidR="00FE29E6" w:rsidRDefault="00FE29E6"/>
        </w:tc>
        <w:tc>
          <w:tcPr>
            <w:tcW w:w="810" w:type="dxa"/>
          </w:tcPr>
          <w:p w14:paraId="4E2439A4" w14:textId="77777777" w:rsidR="00FE29E6" w:rsidRDefault="00FE29E6"/>
        </w:tc>
        <w:tc>
          <w:tcPr>
            <w:tcW w:w="900" w:type="dxa"/>
          </w:tcPr>
          <w:p w14:paraId="5EC4397E" w14:textId="77777777" w:rsidR="00FE29E6" w:rsidRDefault="00FE29E6"/>
        </w:tc>
        <w:tc>
          <w:tcPr>
            <w:tcW w:w="810" w:type="dxa"/>
          </w:tcPr>
          <w:p w14:paraId="28DE8CB6" w14:textId="77777777" w:rsidR="00FE29E6" w:rsidRDefault="00FE29E6"/>
        </w:tc>
        <w:tc>
          <w:tcPr>
            <w:tcW w:w="882" w:type="dxa"/>
          </w:tcPr>
          <w:p w14:paraId="7CC8F835" w14:textId="77777777" w:rsidR="00FE29E6" w:rsidRDefault="00FE29E6"/>
        </w:tc>
      </w:tr>
      <w:tr w:rsidR="00FE29E6" w14:paraId="0B51BE5B" w14:textId="77777777" w:rsidTr="00490593">
        <w:tc>
          <w:tcPr>
            <w:tcW w:w="4518" w:type="dxa"/>
          </w:tcPr>
          <w:p w14:paraId="6CB092B4" w14:textId="77777777" w:rsidR="00FE29E6" w:rsidRDefault="00000000" w:rsidP="00490593">
            <w:pPr>
              <w:pStyle w:val="ListParagraph"/>
              <w:numPr>
                <w:ilvl w:val="0"/>
                <w:numId w:val="10"/>
              </w:numPr>
            </w:pPr>
            <w:r>
              <w:t>Teaching Quality</w:t>
            </w:r>
          </w:p>
        </w:tc>
        <w:tc>
          <w:tcPr>
            <w:tcW w:w="720" w:type="dxa"/>
          </w:tcPr>
          <w:p w14:paraId="4CF8E53F" w14:textId="77777777" w:rsidR="00FE29E6" w:rsidRDefault="00FE29E6"/>
        </w:tc>
        <w:tc>
          <w:tcPr>
            <w:tcW w:w="810" w:type="dxa"/>
          </w:tcPr>
          <w:p w14:paraId="037F846C" w14:textId="77777777" w:rsidR="00FE29E6" w:rsidRDefault="00FE29E6"/>
        </w:tc>
        <w:tc>
          <w:tcPr>
            <w:tcW w:w="900" w:type="dxa"/>
          </w:tcPr>
          <w:p w14:paraId="4E07D13D" w14:textId="77777777" w:rsidR="00FE29E6" w:rsidRDefault="00FE29E6"/>
        </w:tc>
        <w:tc>
          <w:tcPr>
            <w:tcW w:w="810" w:type="dxa"/>
          </w:tcPr>
          <w:p w14:paraId="1CF2FF3B" w14:textId="77777777" w:rsidR="00FE29E6" w:rsidRDefault="00FE29E6"/>
        </w:tc>
        <w:tc>
          <w:tcPr>
            <w:tcW w:w="882" w:type="dxa"/>
          </w:tcPr>
          <w:p w14:paraId="31364DC1" w14:textId="77777777" w:rsidR="00FE29E6" w:rsidRDefault="00FE29E6"/>
        </w:tc>
      </w:tr>
      <w:tr w:rsidR="00FE29E6" w14:paraId="3714BC0A" w14:textId="77777777" w:rsidTr="00490593">
        <w:tc>
          <w:tcPr>
            <w:tcW w:w="4518" w:type="dxa"/>
          </w:tcPr>
          <w:p w14:paraId="5A006959" w14:textId="77777777" w:rsidR="00FE29E6" w:rsidRDefault="00000000" w:rsidP="00490593">
            <w:pPr>
              <w:pStyle w:val="ListParagraph"/>
              <w:numPr>
                <w:ilvl w:val="0"/>
                <w:numId w:val="10"/>
              </w:numPr>
            </w:pPr>
            <w:r>
              <w:t>Campus Facilities</w:t>
            </w:r>
          </w:p>
        </w:tc>
        <w:tc>
          <w:tcPr>
            <w:tcW w:w="720" w:type="dxa"/>
          </w:tcPr>
          <w:p w14:paraId="5CD64F53" w14:textId="77777777" w:rsidR="00FE29E6" w:rsidRDefault="00FE29E6"/>
        </w:tc>
        <w:tc>
          <w:tcPr>
            <w:tcW w:w="810" w:type="dxa"/>
          </w:tcPr>
          <w:p w14:paraId="24AE14BF" w14:textId="77777777" w:rsidR="00FE29E6" w:rsidRDefault="00FE29E6"/>
        </w:tc>
        <w:tc>
          <w:tcPr>
            <w:tcW w:w="900" w:type="dxa"/>
          </w:tcPr>
          <w:p w14:paraId="455EA4F3" w14:textId="77777777" w:rsidR="00FE29E6" w:rsidRDefault="00FE29E6"/>
        </w:tc>
        <w:tc>
          <w:tcPr>
            <w:tcW w:w="810" w:type="dxa"/>
          </w:tcPr>
          <w:p w14:paraId="5AEAD5A4" w14:textId="77777777" w:rsidR="00FE29E6" w:rsidRDefault="00FE29E6"/>
        </w:tc>
        <w:tc>
          <w:tcPr>
            <w:tcW w:w="882" w:type="dxa"/>
          </w:tcPr>
          <w:p w14:paraId="7E12ECD6" w14:textId="77777777" w:rsidR="00FE29E6" w:rsidRDefault="00FE29E6"/>
        </w:tc>
      </w:tr>
      <w:tr w:rsidR="00FE29E6" w14:paraId="71904FC8" w14:textId="77777777" w:rsidTr="00490593">
        <w:tc>
          <w:tcPr>
            <w:tcW w:w="4518" w:type="dxa"/>
          </w:tcPr>
          <w:p w14:paraId="317E8D7F" w14:textId="77777777" w:rsidR="00FE29E6" w:rsidRDefault="00000000" w:rsidP="00490593">
            <w:pPr>
              <w:pStyle w:val="ListParagraph"/>
              <w:numPr>
                <w:ilvl w:val="0"/>
                <w:numId w:val="10"/>
              </w:numPr>
            </w:pPr>
            <w:r>
              <w:t>Support Services</w:t>
            </w:r>
          </w:p>
        </w:tc>
        <w:tc>
          <w:tcPr>
            <w:tcW w:w="720" w:type="dxa"/>
          </w:tcPr>
          <w:p w14:paraId="5F070E03" w14:textId="77777777" w:rsidR="00FE29E6" w:rsidRDefault="00FE29E6"/>
        </w:tc>
        <w:tc>
          <w:tcPr>
            <w:tcW w:w="810" w:type="dxa"/>
          </w:tcPr>
          <w:p w14:paraId="2CB170DE" w14:textId="77777777" w:rsidR="00FE29E6" w:rsidRDefault="00FE29E6"/>
        </w:tc>
        <w:tc>
          <w:tcPr>
            <w:tcW w:w="900" w:type="dxa"/>
          </w:tcPr>
          <w:p w14:paraId="2E43BE14" w14:textId="77777777" w:rsidR="00FE29E6" w:rsidRDefault="00FE29E6"/>
        </w:tc>
        <w:tc>
          <w:tcPr>
            <w:tcW w:w="810" w:type="dxa"/>
          </w:tcPr>
          <w:p w14:paraId="77DFDF67" w14:textId="77777777" w:rsidR="00FE29E6" w:rsidRDefault="00FE29E6"/>
        </w:tc>
        <w:tc>
          <w:tcPr>
            <w:tcW w:w="882" w:type="dxa"/>
          </w:tcPr>
          <w:p w14:paraId="628A5FF6" w14:textId="77777777" w:rsidR="00FE29E6" w:rsidRDefault="00FE29E6"/>
        </w:tc>
      </w:tr>
      <w:tr w:rsidR="00FE29E6" w14:paraId="2EBFA7B1" w14:textId="77777777" w:rsidTr="00490593">
        <w:tc>
          <w:tcPr>
            <w:tcW w:w="4518" w:type="dxa"/>
          </w:tcPr>
          <w:p w14:paraId="4851AFAE" w14:textId="77777777" w:rsidR="00FE29E6" w:rsidRDefault="00000000" w:rsidP="00490593">
            <w:pPr>
              <w:pStyle w:val="ListParagraph"/>
              <w:numPr>
                <w:ilvl w:val="0"/>
                <w:numId w:val="10"/>
              </w:numPr>
            </w:pPr>
            <w:r>
              <w:t>Overall Experience</w:t>
            </w:r>
          </w:p>
        </w:tc>
        <w:tc>
          <w:tcPr>
            <w:tcW w:w="720" w:type="dxa"/>
          </w:tcPr>
          <w:p w14:paraId="00CD8227" w14:textId="77777777" w:rsidR="00FE29E6" w:rsidRDefault="00FE29E6"/>
        </w:tc>
        <w:tc>
          <w:tcPr>
            <w:tcW w:w="810" w:type="dxa"/>
          </w:tcPr>
          <w:p w14:paraId="6706C0C5" w14:textId="77777777" w:rsidR="00FE29E6" w:rsidRDefault="00FE29E6"/>
        </w:tc>
        <w:tc>
          <w:tcPr>
            <w:tcW w:w="900" w:type="dxa"/>
          </w:tcPr>
          <w:p w14:paraId="091E4506" w14:textId="77777777" w:rsidR="00FE29E6" w:rsidRDefault="00FE29E6"/>
        </w:tc>
        <w:tc>
          <w:tcPr>
            <w:tcW w:w="810" w:type="dxa"/>
          </w:tcPr>
          <w:p w14:paraId="694AB4FE" w14:textId="77777777" w:rsidR="00FE29E6" w:rsidRDefault="00FE29E6"/>
        </w:tc>
        <w:tc>
          <w:tcPr>
            <w:tcW w:w="882" w:type="dxa"/>
          </w:tcPr>
          <w:p w14:paraId="720E6EDA" w14:textId="77777777" w:rsidR="00FE29E6" w:rsidRDefault="00FE29E6"/>
        </w:tc>
      </w:tr>
    </w:tbl>
    <w:p w14:paraId="09910CF1" w14:textId="77777777" w:rsidR="00FE29E6" w:rsidRDefault="00FE29E6"/>
    <w:p w14:paraId="1CAA32A6" w14:textId="77777777" w:rsidR="00FE29E6" w:rsidRDefault="00000000">
      <w:r>
        <w:t>Please share any suggestions or additional comments related to Course Content:</w:t>
      </w:r>
    </w:p>
    <w:p w14:paraId="4865CD84" w14:textId="77777777" w:rsidR="00FE29E6" w:rsidRDefault="00000000">
      <w:r>
        <w:t>____________________________________________________________</w:t>
      </w:r>
    </w:p>
    <w:p w14:paraId="048A182C" w14:textId="77777777" w:rsidR="00FE29E6" w:rsidRDefault="00000000">
      <w:r>
        <w:t>____________________________________________________________</w:t>
      </w:r>
    </w:p>
    <w:p w14:paraId="40CE13F2" w14:textId="77777777" w:rsidR="00FE29E6" w:rsidRDefault="00FE29E6"/>
    <w:p w14:paraId="3CDFFB16" w14:textId="77777777" w:rsidR="00FE29E6" w:rsidRDefault="00000000">
      <w:r>
        <w:t>Please share any suggestions or additional comments related to Teaching Quality:</w:t>
      </w:r>
    </w:p>
    <w:p w14:paraId="77B06277" w14:textId="77777777" w:rsidR="00FE29E6" w:rsidRDefault="00000000">
      <w:r>
        <w:t>____________________________________________________________</w:t>
      </w:r>
    </w:p>
    <w:p w14:paraId="44BE6983" w14:textId="77777777" w:rsidR="00FE29E6" w:rsidRDefault="00000000">
      <w:r>
        <w:t>____________________________________________________________</w:t>
      </w:r>
    </w:p>
    <w:p w14:paraId="57E2B136" w14:textId="77777777" w:rsidR="00FE29E6" w:rsidRDefault="00FE29E6"/>
    <w:p w14:paraId="2EB550AA" w14:textId="77777777" w:rsidR="00FE29E6" w:rsidRDefault="00000000">
      <w:r>
        <w:t>Please share any suggestions or additional comments related to Campus Facilities:</w:t>
      </w:r>
    </w:p>
    <w:p w14:paraId="7CE460BF" w14:textId="77777777" w:rsidR="00FE29E6" w:rsidRDefault="00000000">
      <w:r>
        <w:t>____________________________________________________________</w:t>
      </w:r>
    </w:p>
    <w:p w14:paraId="60607B2B" w14:textId="77777777" w:rsidR="00FE29E6" w:rsidRDefault="00000000">
      <w:r>
        <w:t>____________________________________________________________</w:t>
      </w:r>
    </w:p>
    <w:p w14:paraId="7061FD28" w14:textId="77777777" w:rsidR="00FE29E6" w:rsidRDefault="00FE29E6"/>
    <w:p w14:paraId="7A39CDE1" w14:textId="77777777" w:rsidR="00FE29E6" w:rsidRDefault="00000000">
      <w:r>
        <w:t>Please share any suggestions or additional comments related to Support Services:</w:t>
      </w:r>
    </w:p>
    <w:p w14:paraId="169C35BD" w14:textId="77777777" w:rsidR="00FE29E6" w:rsidRDefault="00000000">
      <w:r>
        <w:lastRenderedPageBreak/>
        <w:t>____________________________________________________________</w:t>
      </w:r>
    </w:p>
    <w:p w14:paraId="01C65706" w14:textId="77777777" w:rsidR="00FE29E6" w:rsidRDefault="00000000">
      <w:r>
        <w:t>____________________________________________________________</w:t>
      </w:r>
    </w:p>
    <w:p w14:paraId="31053FF9" w14:textId="77777777" w:rsidR="00FE29E6" w:rsidRDefault="00FE29E6"/>
    <w:p w14:paraId="3173EF2E" w14:textId="77777777" w:rsidR="00FE29E6" w:rsidRDefault="00000000">
      <w:r>
        <w:t>Please share any suggestions or additional feedback:</w:t>
      </w:r>
    </w:p>
    <w:p w14:paraId="47AB7946" w14:textId="77777777" w:rsidR="00FE29E6" w:rsidRDefault="00000000">
      <w:r>
        <w:t>____________________________________________________________</w:t>
      </w:r>
    </w:p>
    <w:p w14:paraId="185849CC" w14:textId="77777777" w:rsidR="00FE29E6" w:rsidRDefault="00000000">
      <w:r>
        <w:t>____________________________________________________________</w:t>
      </w:r>
    </w:p>
    <w:sectPr w:rsidR="00FE29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3710A1"/>
    <w:multiLevelType w:val="hybridMultilevel"/>
    <w:tmpl w:val="43CEB9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8992820">
    <w:abstractNumId w:val="8"/>
  </w:num>
  <w:num w:numId="2" w16cid:durableId="2007590141">
    <w:abstractNumId w:val="6"/>
  </w:num>
  <w:num w:numId="3" w16cid:durableId="2025742477">
    <w:abstractNumId w:val="5"/>
  </w:num>
  <w:num w:numId="4" w16cid:durableId="359431677">
    <w:abstractNumId w:val="4"/>
  </w:num>
  <w:num w:numId="5" w16cid:durableId="615404038">
    <w:abstractNumId w:val="7"/>
  </w:num>
  <w:num w:numId="6" w16cid:durableId="167523196">
    <w:abstractNumId w:val="3"/>
  </w:num>
  <w:num w:numId="7" w16cid:durableId="261109603">
    <w:abstractNumId w:val="2"/>
  </w:num>
  <w:num w:numId="8" w16cid:durableId="78865757">
    <w:abstractNumId w:val="1"/>
  </w:num>
  <w:num w:numId="9" w16cid:durableId="1199008872">
    <w:abstractNumId w:val="0"/>
  </w:num>
  <w:num w:numId="10" w16cid:durableId="10717367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0593"/>
    <w:rsid w:val="00AA1D8D"/>
    <w:rsid w:val="00B47730"/>
    <w:rsid w:val="00CB0664"/>
    <w:rsid w:val="00FC693F"/>
    <w:rsid w:val="00FE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DEB9A9"/>
  <w14:defaultImageDpi w14:val="300"/>
  <w15:docId w15:val="{9A5342E7-012F-4BD1-AF68-C9B2D03C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Sasini Fernando</cp:lastModifiedBy>
  <cp:revision>2</cp:revision>
  <dcterms:created xsi:type="dcterms:W3CDTF">2013-12-23T23:15:00Z</dcterms:created>
  <dcterms:modified xsi:type="dcterms:W3CDTF">2026-06-20T15:23:00Z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36e02ca7-6083-45a6-929a-fd72ec9700b9</vt:lpwstr>
  </property>
</Properties>
</file>